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26" w:rsidRDefault="007C0B10" w:rsidP="00A71424">
      <w:pPr>
        <w:pStyle w:val="Heading1"/>
        <w:jc w:val="center"/>
      </w:pPr>
      <w:r>
        <w:t>T.U. IOM. POKHARA NURSING CAMPUS, POKHARA</w:t>
      </w:r>
    </w:p>
    <w:p w:rsidR="00DD6826" w:rsidRPr="00F23E44" w:rsidRDefault="007C0B10" w:rsidP="00A71424">
      <w:pPr>
        <w:jc w:val="center"/>
        <w:rPr>
          <w:b/>
          <w:bCs/>
        </w:rPr>
      </w:pPr>
      <w:r w:rsidRPr="00F23E44">
        <w:rPr>
          <w:b/>
          <w:bCs/>
        </w:rPr>
        <w:t>SCHEDULE FOR TEACHERS</w:t>
      </w:r>
    </w:p>
    <w:tbl>
      <w:tblPr>
        <w:tblW w:w="1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418"/>
        <w:gridCol w:w="2049"/>
        <w:gridCol w:w="1173"/>
        <w:gridCol w:w="940"/>
        <w:gridCol w:w="952"/>
        <w:gridCol w:w="940"/>
        <w:gridCol w:w="956"/>
        <w:gridCol w:w="944"/>
        <w:gridCol w:w="923"/>
        <w:gridCol w:w="1318"/>
      </w:tblGrid>
      <w:tr w:rsidR="00556C2C" w:rsidTr="007C0B10">
        <w:trPr>
          <w:trHeight w:hRule="exact" w:val="320"/>
        </w:trPr>
        <w:tc>
          <w:tcPr>
            <w:tcW w:w="697" w:type="dxa"/>
            <w:vMerge w:val="restart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S.No</w:t>
            </w:r>
          </w:p>
        </w:tc>
        <w:tc>
          <w:tcPr>
            <w:tcW w:w="2418" w:type="dxa"/>
            <w:vMerge w:val="restart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Name of the Teacher</w:t>
            </w:r>
          </w:p>
        </w:tc>
        <w:tc>
          <w:tcPr>
            <w:tcW w:w="2049" w:type="dxa"/>
            <w:vMerge w:val="restart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Programme</w:t>
            </w:r>
          </w:p>
        </w:tc>
        <w:tc>
          <w:tcPr>
            <w:tcW w:w="1173" w:type="dxa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Days</w:t>
            </w:r>
          </w:p>
        </w:tc>
        <w:tc>
          <w:tcPr>
            <w:tcW w:w="940" w:type="dxa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Sun</w:t>
            </w:r>
          </w:p>
        </w:tc>
        <w:tc>
          <w:tcPr>
            <w:tcW w:w="952" w:type="dxa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Mon</w:t>
            </w:r>
          </w:p>
        </w:tc>
        <w:tc>
          <w:tcPr>
            <w:tcW w:w="940" w:type="dxa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Tue</w:t>
            </w:r>
          </w:p>
        </w:tc>
        <w:tc>
          <w:tcPr>
            <w:tcW w:w="956" w:type="dxa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Wed</w:t>
            </w:r>
          </w:p>
        </w:tc>
        <w:tc>
          <w:tcPr>
            <w:tcW w:w="944" w:type="dxa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Thu</w:t>
            </w:r>
          </w:p>
        </w:tc>
        <w:tc>
          <w:tcPr>
            <w:tcW w:w="923" w:type="dxa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Fri</w:t>
            </w:r>
          </w:p>
        </w:tc>
        <w:tc>
          <w:tcPr>
            <w:tcW w:w="1318" w:type="dxa"/>
            <w:vMerge w:val="restart"/>
          </w:tcPr>
          <w:p w:rsidR="00A71424" w:rsidRPr="00353406" w:rsidRDefault="00A71424">
            <w:pPr>
              <w:rPr>
                <w:b/>
                <w:bCs/>
              </w:rPr>
            </w:pPr>
            <w:r w:rsidRPr="00353406">
              <w:rPr>
                <w:b/>
                <w:bCs/>
              </w:rPr>
              <w:t>Remarks</w:t>
            </w:r>
          </w:p>
        </w:tc>
      </w:tr>
      <w:tr w:rsidR="00556C2C" w:rsidTr="007C0B10">
        <w:trPr>
          <w:trHeight w:hRule="exact" w:val="320"/>
        </w:trPr>
        <w:tc>
          <w:tcPr>
            <w:tcW w:w="697" w:type="dxa"/>
            <w:vMerge/>
          </w:tcPr>
          <w:p w:rsidR="00A71424" w:rsidRDefault="00A71424"/>
        </w:tc>
        <w:tc>
          <w:tcPr>
            <w:tcW w:w="2418" w:type="dxa"/>
            <w:vMerge/>
          </w:tcPr>
          <w:p w:rsidR="00A71424" w:rsidRDefault="00A71424"/>
        </w:tc>
        <w:tc>
          <w:tcPr>
            <w:tcW w:w="2049" w:type="dxa"/>
            <w:vMerge/>
          </w:tcPr>
          <w:p w:rsidR="00A71424" w:rsidRDefault="00A71424"/>
        </w:tc>
        <w:tc>
          <w:tcPr>
            <w:tcW w:w="1173" w:type="dxa"/>
          </w:tcPr>
          <w:p w:rsidR="00A71424" w:rsidRPr="00924F07" w:rsidRDefault="00F6197E">
            <w:pPr>
              <w:rPr>
                <w:b/>
                <w:bCs/>
              </w:rPr>
            </w:pPr>
            <w:r w:rsidRPr="00924F07">
              <w:rPr>
                <w:b/>
                <w:bCs/>
              </w:rPr>
              <w:t>Date</w:t>
            </w:r>
          </w:p>
        </w:tc>
        <w:tc>
          <w:tcPr>
            <w:tcW w:w="940" w:type="dxa"/>
          </w:tcPr>
          <w:p w:rsidR="00A71424" w:rsidRDefault="00A71424"/>
        </w:tc>
        <w:tc>
          <w:tcPr>
            <w:tcW w:w="952" w:type="dxa"/>
          </w:tcPr>
          <w:p w:rsidR="00A71424" w:rsidRDefault="00A71424"/>
        </w:tc>
        <w:tc>
          <w:tcPr>
            <w:tcW w:w="940" w:type="dxa"/>
          </w:tcPr>
          <w:p w:rsidR="00A71424" w:rsidRDefault="00A71424"/>
        </w:tc>
        <w:tc>
          <w:tcPr>
            <w:tcW w:w="956" w:type="dxa"/>
          </w:tcPr>
          <w:p w:rsidR="00A71424" w:rsidRDefault="00A71424"/>
        </w:tc>
        <w:tc>
          <w:tcPr>
            <w:tcW w:w="944" w:type="dxa"/>
          </w:tcPr>
          <w:p w:rsidR="00A71424" w:rsidRDefault="00A71424"/>
        </w:tc>
        <w:tc>
          <w:tcPr>
            <w:tcW w:w="923" w:type="dxa"/>
          </w:tcPr>
          <w:p w:rsidR="00A71424" w:rsidRDefault="00A71424"/>
        </w:tc>
        <w:tc>
          <w:tcPr>
            <w:tcW w:w="1318" w:type="dxa"/>
            <w:vMerge/>
          </w:tcPr>
          <w:p w:rsidR="00A71424" w:rsidRDefault="00A71424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  <w:tr w:rsidR="00556C2C" w:rsidTr="007C0B10">
        <w:trPr>
          <w:trHeight w:hRule="exact" w:val="320"/>
        </w:trPr>
        <w:tc>
          <w:tcPr>
            <w:tcW w:w="697" w:type="dxa"/>
          </w:tcPr>
          <w:p w:rsidR="00DD6826" w:rsidRDefault="00DD6826"/>
        </w:tc>
        <w:tc>
          <w:tcPr>
            <w:tcW w:w="2418" w:type="dxa"/>
          </w:tcPr>
          <w:p w:rsidR="00DD6826" w:rsidRDefault="00DD6826"/>
        </w:tc>
        <w:tc>
          <w:tcPr>
            <w:tcW w:w="2049" w:type="dxa"/>
          </w:tcPr>
          <w:p w:rsidR="00DD6826" w:rsidRDefault="00DD6826"/>
        </w:tc>
        <w:tc>
          <w:tcPr>
            <w:tcW w:w="1173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2" w:type="dxa"/>
          </w:tcPr>
          <w:p w:rsidR="00DD6826" w:rsidRDefault="00DD6826"/>
        </w:tc>
        <w:tc>
          <w:tcPr>
            <w:tcW w:w="940" w:type="dxa"/>
          </w:tcPr>
          <w:p w:rsidR="00DD6826" w:rsidRDefault="00DD6826"/>
        </w:tc>
        <w:tc>
          <w:tcPr>
            <w:tcW w:w="956" w:type="dxa"/>
          </w:tcPr>
          <w:p w:rsidR="00DD6826" w:rsidRDefault="00DD6826"/>
        </w:tc>
        <w:tc>
          <w:tcPr>
            <w:tcW w:w="944" w:type="dxa"/>
          </w:tcPr>
          <w:p w:rsidR="00DD6826" w:rsidRDefault="00DD6826"/>
        </w:tc>
        <w:tc>
          <w:tcPr>
            <w:tcW w:w="923" w:type="dxa"/>
          </w:tcPr>
          <w:p w:rsidR="00DD6826" w:rsidRDefault="00DD6826"/>
        </w:tc>
        <w:tc>
          <w:tcPr>
            <w:tcW w:w="1318" w:type="dxa"/>
          </w:tcPr>
          <w:p w:rsidR="00DD6826" w:rsidRDefault="00DD6826"/>
        </w:tc>
      </w:tr>
    </w:tbl>
    <w:p w:rsidR="003971A7" w:rsidRDefault="003971A7" w:rsidP="00A71424">
      <w:pPr>
        <w:jc w:val="right"/>
      </w:pPr>
    </w:p>
    <w:p w:rsidR="00A71424" w:rsidRDefault="00A71424" w:rsidP="00A71424">
      <w:pPr>
        <w:jc w:val="right"/>
      </w:pPr>
      <w:bookmarkStart w:id="0" w:name="_GoBack"/>
      <w:bookmarkEnd w:id="0"/>
      <w:r>
        <w:t>_______________________</w:t>
      </w:r>
    </w:p>
    <w:p w:rsidR="00A71424" w:rsidRDefault="007C0B10" w:rsidP="00C20BAB">
      <w:pPr>
        <w:ind w:left="10800" w:firstLine="720"/>
        <w:jc w:val="center"/>
      </w:pPr>
      <w:r>
        <w:t>H.O.D</w:t>
      </w:r>
    </w:p>
    <w:sectPr w:rsidR="00A71424" w:rsidSect="00F4017E">
      <w:pgSz w:w="15840" w:h="12240" w:orient="landscape"/>
      <w:pgMar w:top="36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32EC"/>
    <w:rsid w:val="001F2124"/>
    <w:rsid w:val="0029639D"/>
    <w:rsid w:val="00326F90"/>
    <w:rsid w:val="00353406"/>
    <w:rsid w:val="00383A4B"/>
    <w:rsid w:val="003971A7"/>
    <w:rsid w:val="003D10BF"/>
    <w:rsid w:val="00400D05"/>
    <w:rsid w:val="00452CFE"/>
    <w:rsid w:val="00534637"/>
    <w:rsid w:val="00556C2C"/>
    <w:rsid w:val="005A4AE7"/>
    <w:rsid w:val="006065FF"/>
    <w:rsid w:val="006F3B2F"/>
    <w:rsid w:val="007C0B10"/>
    <w:rsid w:val="008E5CCD"/>
    <w:rsid w:val="00924F07"/>
    <w:rsid w:val="00933BEB"/>
    <w:rsid w:val="00A71424"/>
    <w:rsid w:val="00AA1D8D"/>
    <w:rsid w:val="00B47730"/>
    <w:rsid w:val="00BC4A55"/>
    <w:rsid w:val="00C15CAB"/>
    <w:rsid w:val="00C20BAB"/>
    <w:rsid w:val="00CB0664"/>
    <w:rsid w:val="00DD6826"/>
    <w:rsid w:val="00E10178"/>
    <w:rsid w:val="00EC390F"/>
    <w:rsid w:val="00EE3417"/>
    <w:rsid w:val="00F23E44"/>
    <w:rsid w:val="00F4017E"/>
    <w:rsid w:val="00F619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C0099E"/>
  <w14:defaultImageDpi w14:val="300"/>
  <w15:docId w15:val="{032B320C-3568-4967-930D-BB152536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904342-6AF0-4CD9-ACBC-E8090A12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Suraj  KC</cp:lastModifiedBy>
  <cp:revision>27</cp:revision>
  <dcterms:created xsi:type="dcterms:W3CDTF">2013-12-23T23:15:00Z</dcterms:created>
  <dcterms:modified xsi:type="dcterms:W3CDTF">2026-06-24T06:37:00Z</dcterms:modified>
  <cp:category/>
</cp:coreProperties>
</file>