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74EFA" w:rsidRDefault="00774EFA" w:rsidP="00774EFA">
      <w:pPr>
        <w:pStyle w:val="Heading1"/>
        <w:jc w:val="center"/>
      </w:pPr>
      <w:r>
        <w:t>T.U. IOM. POKHARA NURSING CAMPUS, POKHARA</w:t>
      </w:r>
    </w:p>
    <w:p w:rsidR="00774EFA" w:rsidRPr="00F23E44" w:rsidRDefault="00774EFA" w:rsidP="00774EFA">
      <w:pPr>
        <w:jc w:val="center"/>
        <w:rPr>
          <w:b/>
          <w:bCs/>
        </w:rPr>
      </w:pPr>
      <w:r w:rsidRPr="00F23E44">
        <w:rPr>
          <w:b/>
          <w:bCs/>
        </w:rPr>
        <w:t>CLINICAL ROTATION PLAN FOR STUDENTS</w:t>
      </w:r>
    </w:p>
    <w:p w:rsidR="00774EFA" w:rsidRDefault="00740BB6" w:rsidP="00774EFA">
      <w:r>
        <w:rPr>
          <w:noProof/>
          <w:lang w:bidi="ne-IN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6C5AF6D4" wp14:editId="78BC0625">
                <wp:simplePos x="0" y="0"/>
                <wp:positionH relativeFrom="column">
                  <wp:posOffset>5629275</wp:posOffset>
                </wp:positionH>
                <wp:positionV relativeFrom="paragraph">
                  <wp:posOffset>101600</wp:posOffset>
                </wp:positionV>
                <wp:extent cx="1590675" cy="790575"/>
                <wp:effectExtent l="0" t="0" r="9525" b="9525"/>
                <wp:wrapSquare wrapText="bothSides"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4EFA" w:rsidRDefault="00774EFA" w:rsidP="00774EFA">
                            <w:pPr>
                              <w:spacing w:after="0" w:line="360" w:lineRule="auto"/>
                            </w:pPr>
                            <w:r>
                              <w:t xml:space="preserve">Batch:   ___________   </w:t>
                            </w:r>
                            <w:r>
                              <w:tab/>
                            </w:r>
                            <w:r>
                              <w:br/>
                              <w:t>Month:  _____</w:t>
                            </w:r>
                            <w:r w:rsidR="00740BB6">
                              <w:t>______</w:t>
                            </w:r>
                            <w:r>
                              <w:br/>
                              <w:t>Week:    ___________</w:t>
                            </w:r>
                          </w:p>
                          <w:p w:rsidR="00774EFA" w:rsidRDefault="00774EFA" w:rsidP="00774EF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C5AF6D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43.25pt;margin-top:8pt;width:125.25pt;height:62.2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" stroked="f">
                <v:textbox>
                  <w:txbxContent>
                    <w:p w:rsidR="00774EFA" w:rsidRDefault="00774EFA" w:rsidP="00774EFA">
                      <w:pPr>
                        <w:spacing w:after="0" w:line="360" w:lineRule="auto"/>
                      </w:pPr>
                      <w:r>
                        <w:t xml:space="preserve">Batch:   ___________   </w:t>
                      </w:r>
                      <w:r>
                        <w:tab/>
                      </w:r>
                      <w:r>
                        <w:br/>
                        <w:t>Month:  _____</w:t>
                      </w:r>
                      <w:r w:rsidR="00740BB6">
                        <w:t>______</w:t>
                      </w:r>
                      <w:r>
                        <w:br/>
                        <w:t>Week:    ___________</w:t>
                      </w:r>
                    </w:p>
                    <w:p w:rsidR="00774EFA" w:rsidRDefault="00774EFA" w:rsidP="00774EFA"/>
                  </w:txbxContent>
                </v:textbox>
                <w10:wrap type="square"/>
              </v:shape>
            </w:pict>
          </mc:Fallback>
        </mc:AlternateContent>
      </w:r>
      <w:r w:rsidR="00774EFA">
        <w:rPr>
          <w:noProof/>
          <w:lang w:bidi="ne-IN"/>
        </w:rPr>
        <mc:AlternateContent>
          <mc:Choice Requires="wps">
            <w:drawing>
              <wp:anchor distT="45720" distB="45720" distL="114300" distR="114300" simplePos="0" relativeHeight="251652096" behindDoc="0" locked="0" layoutInCell="1" allowOverlap="1" wp14:anchorId="0E60F6E7" wp14:editId="38ECC0EE">
                <wp:simplePos x="0" y="0"/>
                <wp:positionH relativeFrom="column">
                  <wp:posOffset>514350</wp:posOffset>
                </wp:positionH>
                <wp:positionV relativeFrom="paragraph">
                  <wp:posOffset>82550</wp:posOffset>
                </wp:positionV>
                <wp:extent cx="2400300" cy="809625"/>
                <wp:effectExtent l="0" t="0" r="0" b="952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00300" cy="809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4EFA" w:rsidRDefault="00774EFA" w:rsidP="00774EFA">
                            <w:pPr>
                              <w:spacing w:after="0" w:line="360" w:lineRule="auto"/>
                            </w:pPr>
                            <w:r>
                              <w:t xml:space="preserve">Level: ___________   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br/>
                              <w:t xml:space="preserve">Year:  ___________  </w:t>
                            </w:r>
                            <w:r>
                              <w:tab/>
                            </w:r>
                          </w:p>
                          <w:p w:rsidR="00774EFA" w:rsidRDefault="00774EFA" w:rsidP="00774EFA">
                            <w:pPr>
                              <w:spacing w:after="0" w:line="360" w:lineRule="auto"/>
                            </w:pPr>
                            <w:r>
                              <w:t>Ward: __________</w:t>
                            </w:r>
                          </w:p>
                          <w:p w:rsidR="00774EFA" w:rsidRDefault="00774EFA" w:rsidP="00774EF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60F6E7" id="_x0000_s1027" type="#_x0000_t202" style="position:absolute;margin-left:40.5pt;margin-top:6.5pt;width:189pt;height:63.75pt;z-index:2516520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" stroked="f">
                <v:textbox>
                  <w:txbxContent>
                    <w:p w:rsidR="00774EFA" w:rsidRDefault="00774EFA" w:rsidP="00774EFA">
                      <w:pPr>
                        <w:spacing w:after="0" w:line="360" w:lineRule="auto"/>
                      </w:pPr>
                      <w:r>
                        <w:t xml:space="preserve">Level: ___________   </w:t>
                      </w:r>
                      <w:r>
                        <w:tab/>
                      </w:r>
                      <w:r>
                        <w:tab/>
                      </w:r>
                      <w:r>
                        <w:br/>
                        <w:t xml:space="preserve">Year:  ___________  </w:t>
                      </w:r>
                      <w:r>
                        <w:tab/>
                      </w:r>
                    </w:p>
                    <w:p w:rsidR="00774EFA" w:rsidRDefault="00774EFA" w:rsidP="00774EFA">
                      <w:pPr>
                        <w:spacing w:after="0" w:line="360" w:lineRule="auto"/>
                      </w:pPr>
                      <w:r>
                        <w:t>Ward: __________</w:t>
                      </w:r>
                    </w:p>
                    <w:p w:rsidR="00774EFA" w:rsidRDefault="00774EFA" w:rsidP="00774EFA"/>
                  </w:txbxContent>
                </v:textbox>
                <w10:wrap type="square"/>
              </v:shape>
            </w:pict>
          </mc:Fallback>
        </mc:AlternateContent>
      </w:r>
    </w:p>
    <w:p w:rsidR="00774EFA" w:rsidRDefault="00774EFA" w:rsidP="00774EFA"/>
    <w:tbl>
      <w:tblPr>
        <w:tblpPr w:leftFromText="180" w:rightFromText="180" w:vertAnchor="text" w:horzAnchor="margin" w:tblpXSpec="center" w:tblpY="654"/>
        <w:tblW w:w="100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67"/>
        <w:gridCol w:w="2648"/>
        <w:gridCol w:w="1030"/>
        <w:gridCol w:w="620"/>
        <w:gridCol w:w="710"/>
        <w:gridCol w:w="620"/>
        <w:gridCol w:w="686"/>
        <w:gridCol w:w="643"/>
        <w:gridCol w:w="620"/>
        <w:gridCol w:w="620"/>
        <w:gridCol w:w="1170"/>
      </w:tblGrid>
      <w:tr w:rsidR="00774EFA" w:rsidTr="00900F10">
        <w:trPr>
          <w:trHeight w:val="440"/>
        </w:trPr>
        <w:tc>
          <w:tcPr>
            <w:tcW w:w="667" w:type="dxa"/>
            <w:vMerge w:val="restart"/>
          </w:tcPr>
          <w:p w:rsidR="00774EFA" w:rsidRPr="001F2124" w:rsidRDefault="00774EFA" w:rsidP="00900F10">
            <w:pPr>
              <w:spacing w:after="0" w:line="240" w:lineRule="auto"/>
              <w:jc w:val="center"/>
              <w:rPr>
                <w:b/>
                <w:bCs/>
              </w:rPr>
            </w:pPr>
            <w:proofErr w:type="spellStart"/>
            <w:r w:rsidRPr="001F2124">
              <w:rPr>
                <w:b/>
                <w:bCs/>
              </w:rPr>
              <w:t>S.No</w:t>
            </w:r>
            <w:proofErr w:type="spellEnd"/>
          </w:p>
        </w:tc>
        <w:tc>
          <w:tcPr>
            <w:tcW w:w="2648" w:type="dxa"/>
            <w:vMerge w:val="restart"/>
          </w:tcPr>
          <w:p w:rsidR="00774EFA" w:rsidRPr="001F2124" w:rsidRDefault="00774EFA" w:rsidP="00900F10">
            <w:pPr>
              <w:spacing w:after="0" w:line="240" w:lineRule="auto"/>
              <w:jc w:val="center"/>
              <w:rPr>
                <w:b/>
                <w:bCs/>
              </w:rPr>
            </w:pPr>
            <w:r w:rsidRPr="001F2124">
              <w:rPr>
                <w:b/>
                <w:bCs/>
              </w:rPr>
              <w:t>Name</w:t>
            </w:r>
          </w:p>
        </w:tc>
        <w:tc>
          <w:tcPr>
            <w:tcW w:w="1030" w:type="dxa"/>
          </w:tcPr>
          <w:p w:rsidR="00774EFA" w:rsidRPr="001F2124" w:rsidRDefault="00774EFA" w:rsidP="00900F10">
            <w:pPr>
              <w:spacing w:after="0" w:line="240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Days</w:t>
            </w:r>
            <w:r w:rsidRPr="001F2124">
              <w:rPr>
                <w:b/>
                <w:bCs/>
              </w:rPr>
              <w:br/>
            </w:r>
          </w:p>
        </w:tc>
        <w:tc>
          <w:tcPr>
            <w:tcW w:w="620" w:type="dxa"/>
          </w:tcPr>
          <w:p w:rsidR="00774EFA" w:rsidRPr="001F2124" w:rsidRDefault="00774EFA" w:rsidP="00900F10">
            <w:pPr>
              <w:spacing w:after="0" w:line="240" w:lineRule="auto"/>
              <w:jc w:val="center"/>
              <w:rPr>
                <w:b/>
                <w:bCs/>
              </w:rPr>
            </w:pPr>
            <w:r w:rsidRPr="001F2124">
              <w:rPr>
                <w:b/>
                <w:bCs/>
              </w:rPr>
              <w:t>Sun</w:t>
            </w:r>
          </w:p>
        </w:tc>
        <w:tc>
          <w:tcPr>
            <w:tcW w:w="710" w:type="dxa"/>
          </w:tcPr>
          <w:p w:rsidR="00774EFA" w:rsidRPr="001F2124" w:rsidRDefault="00774EFA" w:rsidP="00900F10">
            <w:pPr>
              <w:spacing w:after="0" w:line="240" w:lineRule="auto"/>
              <w:jc w:val="center"/>
              <w:rPr>
                <w:b/>
                <w:bCs/>
              </w:rPr>
            </w:pPr>
            <w:r w:rsidRPr="001F2124">
              <w:rPr>
                <w:b/>
                <w:bCs/>
              </w:rPr>
              <w:t>Mon</w:t>
            </w:r>
          </w:p>
        </w:tc>
        <w:tc>
          <w:tcPr>
            <w:tcW w:w="620" w:type="dxa"/>
          </w:tcPr>
          <w:p w:rsidR="00774EFA" w:rsidRPr="001F2124" w:rsidRDefault="00774EFA" w:rsidP="00900F10">
            <w:pPr>
              <w:spacing w:after="0" w:line="240" w:lineRule="auto"/>
              <w:jc w:val="center"/>
              <w:rPr>
                <w:b/>
                <w:bCs/>
              </w:rPr>
            </w:pPr>
            <w:r w:rsidRPr="001F2124">
              <w:rPr>
                <w:b/>
                <w:bCs/>
              </w:rPr>
              <w:t>Tue</w:t>
            </w:r>
          </w:p>
        </w:tc>
        <w:tc>
          <w:tcPr>
            <w:tcW w:w="686" w:type="dxa"/>
          </w:tcPr>
          <w:p w:rsidR="00774EFA" w:rsidRPr="001F2124" w:rsidRDefault="00774EFA" w:rsidP="00900F10">
            <w:pPr>
              <w:spacing w:after="0" w:line="240" w:lineRule="auto"/>
              <w:jc w:val="center"/>
              <w:rPr>
                <w:b/>
                <w:bCs/>
              </w:rPr>
            </w:pPr>
            <w:r w:rsidRPr="001F2124">
              <w:rPr>
                <w:b/>
                <w:bCs/>
              </w:rPr>
              <w:t>Wed</w:t>
            </w:r>
          </w:p>
        </w:tc>
        <w:tc>
          <w:tcPr>
            <w:tcW w:w="643" w:type="dxa"/>
          </w:tcPr>
          <w:p w:rsidR="00774EFA" w:rsidRPr="001F2124" w:rsidRDefault="00774EFA" w:rsidP="00900F10">
            <w:pPr>
              <w:spacing w:after="0" w:line="240" w:lineRule="auto"/>
              <w:jc w:val="center"/>
              <w:rPr>
                <w:b/>
                <w:bCs/>
              </w:rPr>
            </w:pPr>
            <w:r w:rsidRPr="001F2124">
              <w:rPr>
                <w:b/>
                <w:bCs/>
              </w:rPr>
              <w:t>Thu</w:t>
            </w:r>
          </w:p>
        </w:tc>
        <w:tc>
          <w:tcPr>
            <w:tcW w:w="620" w:type="dxa"/>
          </w:tcPr>
          <w:p w:rsidR="00774EFA" w:rsidRPr="001F2124" w:rsidRDefault="00774EFA" w:rsidP="00900F10">
            <w:pPr>
              <w:spacing w:after="0" w:line="240" w:lineRule="auto"/>
              <w:jc w:val="center"/>
              <w:rPr>
                <w:b/>
                <w:bCs/>
              </w:rPr>
            </w:pPr>
            <w:r w:rsidRPr="001F2124">
              <w:rPr>
                <w:b/>
                <w:bCs/>
              </w:rPr>
              <w:t>Fri</w:t>
            </w:r>
          </w:p>
        </w:tc>
        <w:tc>
          <w:tcPr>
            <w:tcW w:w="620" w:type="dxa"/>
          </w:tcPr>
          <w:p w:rsidR="00774EFA" w:rsidRPr="001F2124" w:rsidRDefault="00774EFA" w:rsidP="00900F10">
            <w:pPr>
              <w:spacing w:after="0" w:line="240" w:lineRule="auto"/>
              <w:jc w:val="center"/>
              <w:rPr>
                <w:b/>
                <w:bCs/>
              </w:rPr>
            </w:pPr>
            <w:r w:rsidRPr="001F2124">
              <w:rPr>
                <w:b/>
                <w:bCs/>
              </w:rPr>
              <w:t>Sat</w:t>
            </w:r>
          </w:p>
        </w:tc>
        <w:tc>
          <w:tcPr>
            <w:tcW w:w="1170" w:type="dxa"/>
            <w:vMerge w:val="restart"/>
          </w:tcPr>
          <w:p w:rsidR="00774EFA" w:rsidRPr="001F2124" w:rsidRDefault="00774EFA" w:rsidP="00900F10">
            <w:pPr>
              <w:spacing w:after="0" w:line="240" w:lineRule="auto"/>
              <w:jc w:val="center"/>
              <w:rPr>
                <w:b/>
                <w:bCs/>
              </w:rPr>
            </w:pPr>
            <w:r w:rsidRPr="001F2124">
              <w:rPr>
                <w:b/>
                <w:bCs/>
              </w:rPr>
              <w:t>Remarks</w:t>
            </w:r>
          </w:p>
        </w:tc>
      </w:tr>
      <w:tr w:rsidR="00774EFA" w:rsidTr="00900F10">
        <w:trPr>
          <w:trHeight w:val="368"/>
        </w:trPr>
        <w:tc>
          <w:tcPr>
            <w:tcW w:w="667" w:type="dxa"/>
            <w:vMerge/>
          </w:tcPr>
          <w:p w:rsidR="00774EFA" w:rsidRPr="001F2124" w:rsidRDefault="00774EFA" w:rsidP="00900F1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2648" w:type="dxa"/>
            <w:vMerge/>
          </w:tcPr>
          <w:p w:rsidR="00774EFA" w:rsidRPr="001F2124" w:rsidRDefault="00774EFA" w:rsidP="00900F1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030" w:type="dxa"/>
          </w:tcPr>
          <w:p w:rsidR="00774EFA" w:rsidRPr="001F2124" w:rsidRDefault="00774EFA" w:rsidP="00900F10">
            <w:pPr>
              <w:spacing w:after="0" w:line="240" w:lineRule="auto"/>
              <w:jc w:val="center"/>
              <w:rPr>
                <w:b/>
                <w:bCs/>
              </w:rPr>
            </w:pPr>
            <w:r w:rsidRPr="001F2124">
              <w:rPr>
                <w:b/>
                <w:bCs/>
              </w:rPr>
              <w:t>Date</w:t>
            </w:r>
          </w:p>
        </w:tc>
        <w:tc>
          <w:tcPr>
            <w:tcW w:w="620" w:type="dxa"/>
          </w:tcPr>
          <w:p w:rsidR="00774EFA" w:rsidRPr="001F2124" w:rsidRDefault="00774EFA" w:rsidP="00900F1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710" w:type="dxa"/>
          </w:tcPr>
          <w:p w:rsidR="00774EFA" w:rsidRPr="001F2124" w:rsidRDefault="00774EFA" w:rsidP="00900F10">
            <w:pPr>
              <w:spacing w:after="0" w:line="240" w:lineRule="auto"/>
              <w:jc w:val="center"/>
              <w:rPr>
                <w:b/>
                <w:bCs/>
              </w:rPr>
            </w:pPr>
            <w:bookmarkStart w:id="0" w:name="_GoBack"/>
            <w:bookmarkEnd w:id="0"/>
          </w:p>
        </w:tc>
        <w:tc>
          <w:tcPr>
            <w:tcW w:w="620" w:type="dxa"/>
          </w:tcPr>
          <w:p w:rsidR="00774EFA" w:rsidRPr="001F2124" w:rsidRDefault="00774EFA" w:rsidP="00900F1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686" w:type="dxa"/>
          </w:tcPr>
          <w:p w:rsidR="00774EFA" w:rsidRPr="001F2124" w:rsidRDefault="00774EFA" w:rsidP="00900F1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643" w:type="dxa"/>
          </w:tcPr>
          <w:p w:rsidR="00774EFA" w:rsidRPr="001F2124" w:rsidRDefault="00774EFA" w:rsidP="00900F1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620" w:type="dxa"/>
          </w:tcPr>
          <w:p w:rsidR="00774EFA" w:rsidRPr="001F2124" w:rsidRDefault="00774EFA" w:rsidP="00900F1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620" w:type="dxa"/>
          </w:tcPr>
          <w:p w:rsidR="00774EFA" w:rsidRPr="001F2124" w:rsidRDefault="00774EFA" w:rsidP="00900F1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  <w:tc>
          <w:tcPr>
            <w:tcW w:w="1170" w:type="dxa"/>
            <w:vMerge/>
          </w:tcPr>
          <w:p w:rsidR="00774EFA" w:rsidRPr="001F2124" w:rsidRDefault="00774EFA" w:rsidP="00900F10">
            <w:pPr>
              <w:spacing w:after="0" w:line="240" w:lineRule="auto"/>
              <w:jc w:val="center"/>
              <w:rPr>
                <w:b/>
                <w:bCs/>
              </w:rPr>
            </w:pPr>
          </w:p>
        </w:tc>
      </w:tr>
      <w:tr w:rsidR="00774EFA" w:rsidTr="00900F10">
        <w:trPr>
          <w:trHeight w:val="374"/>
        </w:trPr>
        <w:tc>
          <w:tcPr>
            <w:tcW w:w="667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2648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103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71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86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43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1170" w:type="dxa"/>
          </w:tcPr>
          <w:p w:rsidR="00774EFA" w:rsidRDefault="00774EFA" w:rsidP="00900F10">
            <w:pPr>
              <w:spacing w:after="0" w:line="240" w:lineRule="auto"/>
            </w:pPr>
          </w:p>
        </w:tc>
      </w:tr>
      <w:tr w:rsidR="00774EFA" w:rsidTr="00900F10">
        <w:trPr>
          <w:trHeight w:val="374"/>
        </w:trPr>
        <w:tc>
          <w:tcPr>
            <w:tcW w:w="667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2648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103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71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86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43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1170" w:type="dxa"/>
          </w:tcPr>
          <w:p w:rsidR="00774EFA" w:rsidRDefault="00774EFA" w:rsidP="00900F10">
            <w:pPr>
              <w:spacing w:after="0" w:line="240" w:lineRule="auto"/>
            </w:pPr>
          </w:p>
        </w:tc>
      </w:tr>
      <w:tr w:rsidR="00774EFA" w:rsidTr="00900F10">
        <w:trPr>
          <w:trHeight w:val="374"/>
        </w:trPr>
        <w:tc>
          <w:tcPr>
            <w:tcW w:w="667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2648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103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71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86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43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1170" w:type="dxa"/>
          </w:tcPr>
          <w:p w:rsidR="00774EFA" w:rsidRDefault="00774EFA" w:rsidP="00900F10">
            <w:pPr>
              <w:spacing w:after="0" w:line="240" w:lineRule="auto"/>
            </w:pPr>
          </w:p>
        </w:tc>
      </w:tr>
      <w:tr w:rsidR="00774EFA" w:rsidTr="00900F10">
        <w:trPr>
          <w:trHeight w:val="374"/>
        </w:trPr>
        <w:tc>
          <w:tcPr>
            <w:tcW w:w="667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2648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103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71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86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43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1170" w:type="dxa"/>
          </w:tcPr>
          <w:p w:rsidR="00774EFA" w:rsidRDefault="00774EFA" w:rsidP="00900F10">
            <w:pPr>
              <w:spacing w:after="0" w:line="240" w:lineRule="auto"/>
            </w:pPr>
          </w:p>
        </w:tc>
      </w:tr>
      <w:tr w:rsidR="00774EFA" w:rsidTr="00900F10">
        <w:trPr>
          <w:trHeight w:val="374"/>
        </w:trPr>
        <w:tc>
          <w:tcPr>
            <w:tcW w:w="667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2648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103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71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86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43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1170" w:type="dxa"/>
          </w:tcPr>
          <w:p w:rsidR="00774EFA" w:rsidRDefault="00774EFA" w:rsidP="00900F10">
            <w:pPr>
              <w:spacing w:after="0" w:line="240" w:lineRule="auto"/>
            </w:pPr>
          </w:p>
        </w:tc>
      </w:tr>
      <w:tr w:rsidR="00774EFA" w:rsidTr="00900F10">
        <w:trPr>
          <w:trHeight w:val="374"/>
        </w:trPr>
        <w:tc>
          <w:tcPr>
            <w:tcW w:w="667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2648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103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71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86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43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1170" w:type="dxa"/>
          </w:tcPr>
          <w:p w:rsidR="00774EFA" w:rsidRDefault="00774EFA" w:rsidP="00900F10">
            <w:pPr>
              <w:spacing w:after="0" w:line="240" w:lineRule="auto"/>
            </w:pPr>
          </w:p>
        </w:tc>
      </w:tr>
      <w:tr w:rsidR="00774EFA" w:rsidTr="00900F10">
        <w:trPr>
          <w:trHeight w:val="374"/>
        </w:trPr>
        <w:tc>
          <w:tcPr>
            <w:tcW w:w="667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2648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103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71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86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43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1170" w:type="dxa"/>
          </w:tcPr>
          <w:p w:rsidR="00774EFA" w:rsidRDefault="00774EFA" w:rsidP="00900F10">
            <w:pPr>
              <w:spacing w:after="0" w:line="240" w:lineRule="auto"/>
            </w:pPr>
          </w:p>
        </w:tc>
      </w:tr>
      <w:tr w:rsidR="00774EFA" w:rsidTr="00900F10">
        <w:trPr>
          <w:trHeight w:val="374"/>
        </w:trPr>
        <w:tc>
          <w:tcPr>
            <w:tcW w:w="667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2648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103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71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86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43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1170" w:type="dxa"/>
          </w:tcPr>
          <w:p w:rsidR="00774EFA" w:rsidRDefault="00774EFA" w:rsidP="00900F10">
            <w:pPr>
              <w:spacing w:after="0" w:line="240" w:lineRule="auto"/>
            </w:pPr>
          </w:p>
        </w:tc>
      </w:tr>
      <w:tr w:rsidR="00774EFA" w:rsidTr="00900F10">
        <w:trPr>
          <w:trHeight w:val="374"/>
        </w:trPr>
        <w:tc>
          <w:tcPr>
            <w:tcW w:w="667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2648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103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71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86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43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1170" w:type="dxa"/>
          </w:tcPr>
          <w:p w:rsidR="00774EFA" w:rsidRDefault="00774EFA" w:rsidP="00900F10">
            <w:pPr>
              <w:spacing w:after="0" w:line="240" w:lineRule="auto"/>
            </w:pPr>
          </w:p>
        </w:tc>
      </w:tr>
      <w:tr w:rsidR="00774EFA" w:rsidTr="00900F10">
        <w:trPr>
          <w:trHeight w:val="374"/>
        </w:trPr>
        <w:tc>
          <w:tcPr>
            <w:tcW w:w="667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2648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103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71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86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43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1170" w:type="dxa"/>
          </w:tcPr>
          <w:p w:rsidR="00774EFA" w:rsidRDefault="00774EFA" w:rsidP="00900F10">
            <w:pPr>
              <w:spacing w:after="0" w:line="240" w:lineRule="auto"/>
            </w:pPr>
          </w:p>
        </w:tc>
      </w:tr>
      <w:tr w:rsidR="00774EFA" w:rsidTr="00900F10">
        <w:trPr>
          <w:trHeight w:val="374"/>
        </w:trPr>
        <w:tc>
          <w:tcPr>
            <w:tcW w:w="667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2648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103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71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86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43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1170" w:type="dxa"/>
          </w:tcPr>
          <w:p w:rsidR="00774EFA" w:rsidRDefault="00774EFA" w:rsidP="00900F10">
            <w:pPr>
              <w:spacing w:after="0" w:line="240" w:lineRule="auto"/>
            </w:pPr>
          </w:p>
        </w:tc>
      </w:tr>
      <w:tr w:rsidR="00774EFA" w:rsidTr="00900F10">
        <w:trPr>
          <w:trHeight w:val="374"/>
        </w:trPr>
        <w:tc>
          <w:tcPr>
            <w:tcW w:w="667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2648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103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71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86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43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1170" w:type="dxa"/>
          </w:tcPr>
          <w:p w:rsidR="00774EFA" w:rsidRDefault="00774EFA" w:rsidP="00900F10">
            <w:pPr>
              <w:spacing w:after="0" w:line="240" w:lineRule="auto"/>
            </w:pPr>
          </w:p>
        </w:tc>
      </w:tr>
      <w:tr w:rsidR="00774EFA" w:rsidTr="00900F10">
        <w:trPr>
          <w:trHeight w:val="374"/>
        </w:trPr>
        <w:tc>
          <w:tcPr>
            <w:tcW w:w="667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2648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103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71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86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43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1170" w:type="dxa"/>
          </w:tcPr>
          <w:p w:rsidR="00774EFA" w:rsidRDefault="00774EFA" w:rsidP="00900F10">
            <w:pPr>
              <w:spacing w:after="0" w:line="240" w:lineRule="auto"/>
            </w:pPr>
          </w:p>
        </w:tc>
      </w:tr>
      <w:tr w:rsidR="00774EFA" w:rsidTr="00900F10">
        <w:trPr>
          <w:trHeight w:val="374"/>
        </w:trPr>
        <w:tc>
          <w:tcPr>
            <w:tcW w:w="667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2648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103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71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86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43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1170" w:type="dxa"/>
          </w:tcPr>
          <w:p w:rsidR="00774EFA" w:rsidRDefault="00774EFA" w:rsidP="00900F10">
            <w:pPr>
              <w:spacing w:after="0" w:line="240" w:lineRule="auto"/>
            </w:pPr>
          </w:p>
        </w:tc>
      </w:tr>
      <w:tr w:rsidR="00774EFA" w:rsidTr="00900F10">
        <w:trPr>
          <w:trHeight w:val="374"/>
        </w:trPr>
        <w:tc>
          <w:tcPr>
            <w:tcW w:w="667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2648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103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71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86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43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1170" w:type="dxa"/>
          </w:tcPr>
          <w:p w:rsidR="00774EFA" w:rsidRDefault="00774EFA" w:rsidP="00900F10">
            <w:pPr>
              <w:spacing w:after="0" w:line="240" w:lineRule="auto"/>
            </w:pPr>
          </w:p>
        </w:tc>
      </w:tr>
      <w:tr w:rsidR="00774EFA" w:rsidTr="00900F10">
        <w:trPr>
          <w:trHeight w:val="374"/>
        </w:trPr>
        <w:tc>
          <w:tcPr>
            <w:tcW w:w="667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2648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103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71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86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43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1170" w:type="dxa"/>
          </w:tcPr>
          <w:p w:rsidR="00774EFA" w:rsidRDefault="00774EFA" w:rsidP="00900F10">
            <w:pPr>
              <w:spacing w:after="0" w:line="240" w:lineRule="auto"/>
            </w:pPr>
          </w:p>
        </w:tc>
      </w:tr>
      <w:tr w:rsidR="00774EFA" w:rsidTr="00900F10">
        <w:trPr>
          <w:trHeight w:val="374"/>
        </w:trPr>
        <w:tc>
          <w:tcPr>
            <w:tcW w:w="667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2648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103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71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86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43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1170" w:type="dxa"/>
          </w:tcPr>
          <w:p w:rsidR="00774EFA" w:rsidRDefault="00774EFA" w:rsidP="00900F10">
            <w:pPr>
              <w:spacing w:after="0" w:line="240" w:lineRule="auto"/>
            </w:pPr>
          </w:p>
        </w:tc>
      </w:tr>
      <w:tr w:rsidR="00774EFA" w:rsidTr="00900F10">
        <w:trPr>
          <w:trHeight w:val="374"/>
        </w:trPr>
        <w:tc>
          <w:tcPr>
            <w:tcW w:w="667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2648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103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71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86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43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1170" w:type="dxa"/>
          </w:tcPr>
          <w:p w:rsidR="00774EFA" w:rsidRDefault="00774EFA" w:rsidP="00900F10">
            <w:pPr>
              <w:spacing w:after="0" w:line="240" w:lineRule="auto"/>
            </w:pPr>
          </w:p>
        </w:tc>
      </w:tr>
      <w:tr w:rsidR="00774EFA" w:rsidTr="00900F10">
        <w:trPr>
          <w:trHeight w:val="374"/>
        </w:trPr>
        <w:tc>
          <w:tcPr>
            <w:tcW w:w="667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2648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103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71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86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43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1170" w:type="dxa"/>
          </w:tcPr>
          <w:p w:rsidR="00774EFA" w:rsidRDefault="00774EFA" w:rsidP="00900F10">
            <w:pPr>
              <w:spacing w:after="0" w:line="240" w:lineRule="auto"/>
            </w:pPr>
          </w:p>
        </w:tc>
      </w:tr>
      <w:tr w:rsidR="00774EFA" w:rsidTr="00900F10">
        <w:trPr>
          <w:trHeight w:val="374"/>
        </w:trPr>
        <w:tc>
          <w:tcPr>
            <w:tcW w:w="667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2648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103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71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86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43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1170" w:type="dxa"/>
          </w:tcPr>
          <w:p w:rsidR="00774EFA" w:rsidRDefault="00774EFA" w:rsidP="00900F10">
            <w:pPr>
              <w:spacing w:after="0" w:line="240" w:lineRule="auto"/>
            </w:pPr>
          </w:p>
        </w:tc>
      </w:tr>
      <w:tr w:rsidR="00774EFA" w:rsidTr="00900F10">
        <w:trPr>
          <w:trHeight w:val="374"/>
        </w:trPr>
        <w:tc>
          <w:tcPr>
            <w:tcW w:w="667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2648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103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71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86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43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1170" w:type="dxa"/>
          </w:tcPr>
          <w:p w:rsidR="00774EFA" w:rsidRDefault="00774EFA" w:rsidP="00900F10">
            <w:pPr>
              <w:spacing w:after="0" w:line="240" w:lineRule="auto"/>
            </w:pPr>
          </w:p>
        </w:tc>
      </w:tr>
      <w:tr w:rsidR="00774EFA" w:rsidTr="00900F10">
        <w:trPr>
          <w:trHeight w:val="374"/>
        </w:trPr>
        <w:tc>
          <w:tcPr>
            <w:tcW w:w="667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2648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103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71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86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43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1170" w:type="dxa"/>
          </w:tcPr>
          <w:p w:rsidR="00774EFA" w:rsidRDefault="00774EFA" w:rsidP="00900F10">
            <w:pPr>
              <w:spacing w:after="0" w:line="240" w:lineRule="auto"/>
            </w:pPr>
          </w:p>
        </w:tc>
      </w:tr>
      <w:tr w:rsidR="00774EFA" w:rsidTr="00900F10">
        <w:trPr>
          <w:trHeight w:val="374"/>
        </w:trPr>
        <w:tc>
          <w:tcPr>
            <w:tcW w:w="667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2648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103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71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86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43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620" w:type="dxa"/>
          </w:tcPr>
          <w:p w:rsidR="00774EFA" w:rsidRDefault="00774EFA" w:rsidP="00900F10">
            <w:pPr>
              <w:spacing w:after="0" w:line="240" w:lineRule="auto"/>
            </w:pPr>
          </w:p>
        </w:tc>
        <w:tc>
          <w:tcPr>
            <w:tcW w:w="1170" w:type="dxa"/>
          </w:tcPr>
          <w:p w:rsidR="00774EFA" w:rsidRDefault="00774EFA" w:rsidP="00900F10">
            <w:pPr>
              <w:spacing w:after="0" w:line="240" w:lineRule="auto"/>
            </w:pPr>
          </w:p>
        </w:tc>
      </w:tr>
    </w:tbl>
    <w:p w:rsidR="00774EFA" w:rsidRDefault="00774EFA" w:rsidP="00774EFA"/>
    <w:p w:rsidR="00774EFA" w:rsidRDefault="00774EFA" w:rsidP="00774EFA">
      <w:pPr>
        <w:rPr>
          <w:b/>
          <w:bCs/>
        </w:rPr>
      </w:pPr>
    </w:p>
    <w:p w:rsidR="00774EFA" w:rsidRDefault="00774EFA" w:rsidP="00774EFA">
      <w:pPr>
        <w:rPr>
          <w:b/>
          <w:bCs/>
        </w:rPr>
      </w:pPr>
    </w:p>
    <w:p w:rsidR="00774EFA" w:rsidRDefault="00774EFA" w:rsidP="00774EFA">
      <w:pPr>
        <w:rPr>
          <w:b/>
          <w:bCs/>
        </w:rPr>
      </w:pPr>
    </w:p>
    <w:p w:rsidR="00774EFA" w:rsidRDefault="00774EFA" w:rsidP="00774EFA">
      <w:pPr>
        <w:rPr>
          <w:b/>
          <w:bCs/>
        </w:rPr>
      </w:pPr>
    </w:p>
    <w:p w:rsidR="00774EFA" w:rsidRDefault="00774EFA" w:rsidP="00774EFA">
      <w:pPr>
        <w:rPr>
          <w:b/>
          <w:bCs/>
        </w:rPr>
      </w:pPr>
    </w:p>
    <w:p w:rsidR="00774EFA" w:rsidRDefault="00774EFA" w:rsidP="00774EFA">
      <w:pPr>
        <w:rPr>
          <w:b/>
          <w:bCs/>
        </w:rPr>
      </w:pPr>
    </w:p>
    <w:p w:rsidR="00774EFA" w:rsidRDefault="00774EFA" w:rsidP="00774EFA">
      <w:pPr>
        <w:rPr>
          <w:b/>
          <w:bCs/>
        </w:rPr>
      </w:pPr>
    </w:p>
    <w:p w:rsidR="00774EFA" w:rsidRDefault="00774EFA" w:rsidP="00774EFA">
      <w:pPr>
        <w:rPr>
          <w:b/>
          <w:bCs/>
        </w:rPr>
      </w:pPr>
    </w:p>
    <w:p w:rsidR="00774EFA" w:rsidRDefault="00774EFA" w:rsidP="00774EFA">
      <w:pPr>
        <w:rPr>
          <w:b/>
          <w:bCs/>
        </w:rPr>
      </w:pPr>
    </w:p>
    <w:p w:rsidR="00774EFA" w:rsidRDefault="00774EFA" w:rsidP="00774EFA">
      <w:pPr>
        <w:rPr>
          <w:b/>
          <w:bCs/>
        </w:rPr>
      </w:pPr>
    </w:p>
    <w:p w:rsidR="00774EFA" w:rsidRDefault="00774EFA" w:rsidP="00774EFA">
      <w:pPr>
        <w:rPr>
          <w:b/>
          <w:bCs/>
        </w:rPr>
      </w:pPr>
    </w:p>
    <w:p w:rsidR="00774EFA" w:rsidRDefault="00774EFA" w:rsidP="00774EFA">
      <w:pPr>
        <w:rPr>
          <w:b/>
          <w:bCs/>
        </w:rPr>
      </w:pPr>
    </w:p>
    <w:p w:rsidR="00774EFA" w:rsidRDefault="00774EFA" w:rsidP="00774EFA">
      <w:pPr>
        <w:rPr>
          <w:b/>
          <w:bCs/>
        </w:rPr>
      </w:pPr>
    </w:p>
    <w:p w:rsidR="00774EFA" w:rsidRDefault="00774EFA" w:rsidP="00774EFA">
      <w:pPr>
        <w:rPr>
          <w:b/>
          <w:bCs/>
        </w:rPr>
      </w:pPr>
    </w:p>
    <w:p w:rsidR="00774EFA" w:rsidRDefault="00774EFA" w:rsidP="00774EFA">
      <w:pPr>
        <w:rPr>
          <w:b/>
          <w:bCs/>
        </w:rPr>
      </w:pPr>
    </w:p>
    <w:p w:rsidR="00774EFA" w:rsidRDefault="00774EFA" w:rsidP="00774EFA">
      <w:pPr>
        <w:rPr>
          <w:b/>
          <w:bCs/>
        </w:rPr>
      </w:pPr>
    </w:p>
    <w:p w:rsidR="00774EFA" w:rsidRDefault="00774EFA" w:rsidP="00774EFA">
      <w:pPr>
        <w:rPr>
          <w:b/>
          <w:bCs/>
        </w:rPr>
      </w:pPr>
    </w:p>
    <w:p w:rsidR="00774EFA" w:rsidRDefault="00774EFA" w:rsidP="00774EFA">
      <w:pPr>
        <w:rPr>
          <w:b/>
          <w:bCs/>
        </w:rPr>
      </w:pPr>
    </w:p>
    <w:p w:rsidR="00774EFA" w:rsidRDefault="00774EFA" w:rsidP="00774EFA">
      <w:pPr>
        <w:rPr>
          <w:b/>
          <w:bCs/>
        </w:rPr>
      </w:pPr>
    </w:p>
    <w:p w:rsidR="00774EFA" w:rsidRDefault="00774EFA" w:rsidP="00774EFA">
      <w:pPr>
        <w:rPr>
          <w:b/>
          <w:bCs/>
        </w:rPr>
      </w:pPr>
    </w:p>
    <w:p w:rsidR="00A71424" w:rsidRPr="00774EFA" w:rsidRDefault="00774EFA" w:rsidP="00774EFA">
      <w:r>
        <w:rPr>
          <w:noProof/>
          <w:lang w:bidi="ne-IN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5FB034F2" wp14:editId="05EC1E28">
                <wp:simplePos x="0" y="0"/>
                <wp:positionH relativeFrom="column">
                  <wp:posOffset>5191125</wp:posOffset>
                </wp:positionH>
                <wp:positionV relativeFrom="paragraph">
                  <wp:posOffset>278130</wp:posOffset>
                </wp:positionV>
                <wp:extent cx="1590675" cy="609600"/>
                <wp:effectExtent l="0" t="0" r="9525" b="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609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4EFA" w:rsidRDefault="00774EFA" w:rsidP="00774EFA">
                            <w:pPr>
                              <w:spacing w:after="0" w:line="360" w:lineRule="auto"/>
                            </w:pPr>
                            <w:r>
                              <w:t xml:space="preserve">________________________   </w:t>
                            </w:r>
                            <w:r>
                              <w:tab/>
                            </w:r>
                            <w:r>
                              <w:br/>
                              <w:t>Signature of Teacher</w:t>
                            </w:r>
                          </w:p>
                          <w:p w:rsidR="00774EFA" w:rsidRDefault="00774EFA" w:rsidP="00774EF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B034F2" id="_x0000_s1028" type="#_x0000_t202" style="position:absolute;margin-left:408.75pt;margin-top:21.9pt;width:125.25pt;height:48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" stroked="f">
                <v:textbox>
                  <w:txbxContent>
                    <w:p w:rsidR="00774EFA" w:rsidRDefault="00774EFA" w:rsidP="00774EFA">
                      <w:pPr>
                        <w:spacing w:after="0" w:line="360" w:lineRule="auto"/>
                      </w:pPr>
                      <w:r>
                        <w:t xml:space="preserve">________________________   </w:t>
                      </w:r>
                      <w:r>
                        <w:tab/>
                      </w:r>
                      <w:r>
                        <w:br/>
                        <w:t>Signature of Teacher</w:t>
                      </w:r>
                    </w:p>
                    <w:p w:rsidR="00774EFA" w:rsidRDefault="00774EFA" w:rsidP="00774EFA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  <w:lang w:bidi="ne-IN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0A866AD1" wp14:editId="61BC84ED">
                <wp:simplePos x="0" y="0"/>
                <wp:positionH relativeFrom="column">
                  <wp:posOffset>514350</wp:posOffset>
                </wp:positionH>
                <wp:positionV relativeFrom="paragraph">
                  <wp:posOffset>68580</wp:posOffset>
                </wp:positionV>
                <wp:extent cx="2257425" cy="1009650"/>
                <wp:effectExtent l="0" t="0" r="9525" b="0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57425" cy="1009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4EFA" w:rsidRPr="00774EFA" w:rsidRDefault="00774EFA" w:rsidP="00774EFA">
                            <w:r>
                              <w:rPr>
                                <w:b/>
                                <w:bCs/>
                              </w:rPr>
                              <w:t>K</w:t>
                            </w:r>
                            <w:r w:rsidRPr="001F2124">
                              <w:rPr>
                                <w:b/>
                                <w:bCs/>
                              </w:rPr>
                              <w:t>eys</w:t>
                            </w:r>
                            <w:r>
                              <w:t xml:space="preserve">: </w:t>
                            </w:r>
                            <w:r>
                              <w:br/>
                              <w:t xml:space="preserve">M=Morning, </w:t>
                            </w:r>
                            <w:r>
                              <w:br/>
                              <w:t xml:space="preserve">E=Evening, </w:t>
                            </w:r>
                            <w:r>
                              <w:br/>
                              <w:t xml:space="preserve">N=Night, </w:t>
                            </w:r>
                            <w:r>
                              <w:br/>
                              <w:t>Tea break: 30 minutes</w:t>
                            </w:r>
                          </w:p>
                          <w:p w:rsidR="00774EFA" w:rsidRDefault="00774EFA" w:rsidP="00774EF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866AD1" id="Text Box 3" o:spid="_x0000_s1029" type="#_x0000_t202" style="position:absolute;margin-left:40.5pt;margin-top:5.4pt;width:177.75pt;height:79.5pt;z-index:2516633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" stroked="f">
                <v:textbox>
                  <w:txbxContent>
                    <w:p w:rsidR="00774EFA" w:rsidRPr="00774EFA" w:rsidRDefault="00774EFA" w:rsidP="00774EFA">
                      <w:r>
                        <w:rPr>
                          <w:b/>
                          <w:bCs/>
                        </w:rPr>
                        <w:t>K</w:t>
                      </w:r>
                      <w:r w:rsidRPr="001F2124">
                        <w:rPr>
                          <w:b/>
                          <w:bCs/>
                        </w:rPr>
                        <w:t>eys</w:t>
                      </w:r>
                      <w:r>
                        <w:t xml:space="preserve">: </w:t>
                      </w:r>
                      <w:r>
                        <w:br/>
                        <w:t xml:space="preserve">M=Morning, </w:t>
                      </w:r>
                      <w:r>
                        <w:br/>
                        <w:t xml:space="preserve">E=Evening, </w:t>
                      </w:r>
                      <w:r>
                        <w:br/>
                        <w:t xml:space="preserve">N=Night, </w:t>
                      </w:r>
                      <w:r>
                        <w:br/>
                        <w:t>Tea break: 30 minutes</w:t>
                      </w:r>
                    </w:p>
                    <w:p w:rsidR="00774EFA" w:rsidRDefault="00774EFA" w:rsidP="00774EFA"/>
                  </w:txbxContent>
                </v:textbox>
                <w10:wrap type="square"/>
              </v:shape>
            </w:pict>
          </mc:Fallback>
        </mc:AlternateContent>
      </w:r>
    </w:p>
    <w:sectPr w:rsidR="00A71424" w:rsidRPr="00774EFA" w:rsidSect="00774EFA">
      <w:pgSz w:w="12240" w:h="15840"/>
      <w:pgMar w:top="270" w:right="360" w:bottom="1170" w:left="27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1C32EC"/>
    <w:rsid w:val="001F2124"/>
    <w:rsid w:val="0029639D"/>
    <w:rsid w:val="00326F90"/>
    <w:rsid w:val="00353406"/>
    <w:rsid w:val="00383A4B"/>
    <w:rsid w:val="003971A7"/>
    <w:rsid w:val="00400D05"/>
    <w:rsid w:val="00452CFE"/>
    <w:rsid w:val="00534637"/>
    <w:rsid w:val="00556C2C"/>
    <w:rsid w:val="005A4AE7"/>
    <w:rsid w:val="006065FF"/>
    <w:rsid w:val="006F3B2F"/>
    <w:rsid w:val="00740BB6"/>
    <w:rsid w:val="00774EFA"/>
    <w:rsid w:val="007C0B10"/>
    <w:rsid w:val="008E5CCD"/>
    <w:rsid w:val="00924F07"/>
    <w:rsid w:val="00933BEB"/>
    <w:rsid w:val="00A71424"/>
    <w:rsid w:val="00AA1D8D"/>
    <w:rsid w:val="00B47730"/>
    <w:rsid w:val="00BC4A55"/>
    <w:rsid w:val="00C15CAB"/>
    <w:rsid w:val="00CB0664"/>
    <w:rsid w:val="00DD6826"/>
    <w:rsid w:val="00E10178"/>
    <w:rsid w:val="00EC390F"/>
    <w:rsid w:val="00EE3417"/>
    <w:rsid w:val="00F23E44"/>
    <w:rsid w:val="00F6197E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ne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EC01B75"/>
  <w14:defaultImageDpi w14:val="300"/>
  <w15:docId w15:val="{032B320C-3568-4967-930D-BB152536D1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FA4C5E4E-8988-4E73-9600-087F8B4243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1</Pages>
  <Words>67</Words>
  <Characters>384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450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Suraj  KC</cp:lastModifiedBy>
  <cp:revision>26</cp:revision>
  <dcterms:created xsi:type="dcterms:W3CDTF">2013-12-23T23:15:00Z</dcterms:created>
  <dcterms:modified xsi:type="dcterms:W3CDTF">2026-06-24T06:42:00Z</dcterms:modified>
  <cp:category/>
</cp:coreProperties>
</file>