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424" w:rsidRDefault="00A71424" w:rsidP="00A71424">
      <w:pPr>
        <w:pStyle w:val="Heading1"/>
        <w:jc w:val="center"/>
      </w:pPr>
      <w:r>
        <w:t>T.U. IOM. POKHARA NURSING CAMPUS, POKHARA</w:t>
      </w:r>
    </w:p>
    <w:p w:rsidR="00A71424" w:rsidRPr="00F23E44" w:rsidRDefault="00A71424" w:rsidP="00A71424">
      <w:pPr>
        <w:jc w:val="center"/>
        <w:rPr>
          <w:b/>
          <w:bCs/>
        </w:rPr>
      </w:pPr>
      <w:r w:rsidRPr="00F23E44">
        <w:rPr>
          <w:b/>
          <w:bCs/>
        </w:rPr>
        <w:t>CLASS SCHEDULE</w:t>
      </w:r>
    </w:p>
    <w:tbl>
      <w:tblPr>
        <w:tblW w:w="13870" w:type="dxa"/>
        <w:tblLook w:val="04A0" w:firstRow="1" w:lastRow="0" w:firstColumn="1" w:lastColumn="0" w:noHBand="0" w:noVBand="1"/>
      </w:tblPr>
      <w:tblGrid>
        <w:gridCol w:w="3321"/>
        <w:gridCol w:w="6604"/>
        <w:gridCol w:w="3683"/>
        <w:gridCol w:w="262"/>
      </w:tblGrid>
      <w:tr w:rsidR="00A71424" w:rsidTr="00FF3E9B">
        <w:trPr>
          <w:trHeight w:val="516"/>
        </w:trPr>
        <w:tc>
          <w:tcPr>
            <w:tcW w:w="3321" w:type="dxa"/>
          </w:tcPr>
          <w:p w:rsidR="00A71424" w:rsidRDefault="00A71424" w:rsidP="00400556">
            <w:r>
              <w:t>Level: ________________________</w:t>
            </w:r>
          </w:p>
        </w:tc>
        <w:tc>
          <w:tcPr>
            <w:tcW w:w="6604" w:type="dxa"/>
          </w:tcPr>
          <w:p w:rsidR="00A71424" w:rsidRDefault="00A71424" w:rsidP="00400556"/>
        </w:tc>
        <w:tc>
          <w:tcPr>
            <w:tcW w:w="3683" w:type="dxa"/>
          </w:tcPr>
          <w:p w:rsidR="00A71424" w:rsidRDefault="00A71424" w:rsidP="00400556">
            <w:r>
              <w:t xml:space="preserve">Total Week: </w:t>
            </w:r>
            <w:r w:rsidR="006060BA">
              <w:t xml:space="preserve"> </w:t>
            </w:r>
            <w:r>
              <w:t>______________</w:t>
            </w:r>
            <w:bookmarkStart w:id="0" w:name="_GoBack"/>
            <w:bookmarkEnd w:id="0"/>
            <w:r>
              <w:t>__________</w:t>
            </w:r>
          </w:p>
        </w:tc>
        <w:tc>
          <w:tcPr>
            <w:tcW w:w="262" w:type="dxa"/>
          </w:tcPr>
          <w:p w:rsidR="00A71424" w:rsidRDefault="00A71424" w:rsidP="00400556"/>
        </w:tc>
      </w:tr>
      <w:tr w:rsidR="00A71424" w:rsidTr="00FF3E9B">
        <w:trPr>
          <w:trHeight w:val="516"/>
        </w:trPr>
        <w:tc>
          <w:tcPr>
            <w:tcW w:w="3321" w:type="dxa"/>
          </w:tcPr>
          <w:p w:rsidR="00A71424" w:rsidRDefault="00A71424" w:rsidP="00400556">
            <w:r>
              <w:t>Year: _________________________</w:t>
            </w:r>
          </w:p>
        </w:tc>
        <w:tc>
          <w:tcPr>
            <w:tcW w:w="6604" w:type="dxa"/>
          </w:tcPr>
          <w:p w:rsidR="00A71424" w:rsidRDefault="00A71424" w:rsidP="00400556"/>
        </w:tc>
        <w:tc>
          <w:tcPr>
            <w:tcW w:w="3683" w:type="dxa"/>
          </w:tcPr>
          <w:p w:rsidR="00A71424" w:rsidRDefault="00A71424" w:rsidP="00400556">
            <w:r>
              <w:t>Study Week: ________________________</w:t>
            </w:r>
          </w:p>
        </w:tc>
        <w:tc>
          <w:tcPr>
            <w:tcW w:w="262" w:type="dxa"/>
          </w:tcPr>
          <w:p w:rsidR="00A71424" w:rsidRDefault="00A71424" w:rsidP="00400556"/>
        </w:tc>
      </w:tr>
    </w:tbl>
    <w:p w:rsidR="00A71424" w:rsidRDefault="00A71424" w:rsidP="00A71424">
      <w:r>
        <w:t>Batch: ________________________</w:t>
      </w:r>
    </w:p>
    <w:tbl>
      <w:tblPr>
        <w:tblW w:w="13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0"/>
        <w:gridCol w:w="1830"/>
        <w:gridCol w:w="1830"/>
        <w:gridCol w:w="1830"/>
        <w:gridCol w:w="2202"/>
        <w:gridCol w:w="1919"/>
        <w:gridCol w:w="1830"/>
      </w:tblGrid>
      <w:tr w:rsidR="00A71424" w:rsidTr="00A71424">
        <w:trPr>
          <w:trHeight w:val="486"/>
        </w:trPr>
        <w:tc>
          <w:tcPr>
            <w:tcW w:w="1830" w:type="dxa"/>
          </w:tcPr>
          <w:p w:rsidR="00A71424" w:rsidRPr="00353406" w:rsidRDefault="00A71424" w:rsidP="00A71424">
            <w:pPr>
              <w:jc w:val="center"/>
              <w:rPr>
                <w:b/>
                <w:bCs/>
              </w:rPr>
            </w:pPr>
            <w:r w:rsidRPr="00353406">
              <w:rPr>
                <w:b/>
                <w:bCs/>
              </w:rPr>
              <w:t>DAY</w:t>
            </w:r>
          </w:p>
        </w:tc>
        <w:tc>
          <w:tcPr>
            <w:tcW w:w="1830" w:type="dxa"/>
          </w:tcPr>
          <w:p w:rsidR="00A71424" w:rsidRPr="00353406" w:rsidRDefault="00A71424" w:rsidP="00A71424">
            <w:pPr>
              <w:jc w:val="center"/>
              <w:rPr>
                <w:b/>
                <w:bCs/>
              </w:rPr>
            </w:pPr>
            <w:r w:rsidRPr="00353406">
              <w:rPr>
                <w:b/>
                <w:bCs/>
              </w:rPr>
              <w:t>SUNDAY</w:t>
            </w:r>
          </w:p>
        </w:tc>
        <w:tc>
          <w:tcPr>
            <w:tcW w:w="1830" w:type="dxa"/>
          </w:tcPr>
          <w:p w:rsidR="00A71424" w:rsidRPr="00353406" w:rsidRDefault="00A71424" w:rsidP="00A71424">
            <w:pPr>
              <w:jc w:val="center"/>
              <w:rPr>
                <w:b/>
                <w:bCs/>
              </w:rPr>
            </w:pPr>
            <w:r w:rsidRPr="00353406">
              <w:rPr>
                <w:b/>
                <w:bCs/>
              </w:rPr>
              <w:t>MONDAY</w:t>
            </w:r>
          </w:p>
        </w:tc>
        <w:tc>
          <w:tcPr>
            <w:tcW w:w="1830" w:type="dxa"/>
          </w:tcPr>
          <w:p w:rsidR="00A71424" w:rsidRPr="00353406" w:rsidRDefault="00A71424" w:rsidP="00A71424">
            <w:pPr>
              <w:jc w:val="center"/>
              <w:rPr>
                <w:b/>
                <w:bCs/>
              </w:rPr>
            </w:pPr>
            <w:r w:rsidRPr="00353406">
              <w:rPr>
                <w:b/>
                <w:bCs/>
              </w:rPr>
              <w:t>TUESDAY</w:t>
            </w:r>
          </w:p>
        </w:tc>
        <w:tc>
          <w:tcPr>
            <w:tcW w:w="2202" w:type="dxa"/>
          </w:tcPr>
          <w:p w:rsidR="00A71424" w:rsidRPr="00353406" w:rsidRDefault="00A71424" w:rsidP="00A71424">
            <w:pPr>
              <w:jc w:val="center"/>
              <w:rPr>
                <w:b/>
                <w:bCs/>
              </w:rPr>
            </w:pPr>
            <w:r w:rsidRPr="00353406">
              <w:rPr>
                <w:b/>
                <w:bCs/>
              </w:rPr>
              <w:t>WEDNESDAY</w:t>
            </w:r>
          </w:p>
        </w:tc>
        <w:tc>
          <w:tcPr>
            <w:tcW w:w="1919" w:type="dxa"/>
          </w:tcPr>
          <w:p w:rsidR="00A71424" w:rsidRPr="00353406" w:rsidRDefault="00A71424" w:rsidP="00A71424">
            <w:pPr>
              <w:jc w:val="center"/>
              <w:rPr>
                <w:b/>
                <w:bCs/>
              </w:rPr>
            </w:pPr>
            <w:r w:rsidRPr="00353406">
              <w:rPr>
                <w:b/>
                <w:bCs/>
              </w:rPr>
              <w:t>THURSDAY</w:t>
            </w:r>
          </w:p>
        </w:tc>
        <w:tc>
          <w:tcPr>
            <w:tcW w:w="1830" w:type="dxa"/>
          </w:tcPr>
          <w:p w:rsidR="00A71424" w:rsidRPr="00353406" w:rsidRDefault="00A71424" w:rsidP="00A71424">
            <w:pPr>
              <w:jc w:val="center"/>
              <w:rPr>
                <w:b/>
                <w:bCs/>
              </w:rPr>
            </w:pPr>
            <w:r w:rsidRPr="00353406">
              <w:rPr>
                <w:b/>
                <w:bCs/>
              </w:rPr>
              <w:t>FRIDAY</w:t>
            </w:r>
          </w:p>
        </w:tc>
      </w:tr>
      <w:tr w:rsidR="00A71424" w:rsidTr="00A71424">
        <w:trPr>
          <w:trHeight w:val="486"/>
        </w:trPr>
        <w:tc>
          <w:tcPr>
            <w:tcW w:w="1830" w:type="dxa"/>
          </w:tcPr>
          <w:p w:rsidR="00A71424" w:rsidRPr="00353406" w:rsidRDefault="00A71424" w:rsidP="00A71424">
            <w:pPr>
              <w:jc w:val="center"/>
              <w:rPr>
                <w:b/>
                <w:bCs/>
              </w:rPr>
            </w:pPr>
            <w:r w:rsidRPr="00353406">
              <w:rPr>
                <w:b/>
                <w:bCs/>
              </w:rPr>
              <w:t>DATE</w:t>
            </w:r>
          </w:p>
        </w:tc>
        <w:tc>
          <w:tcPr>
            <w:tcW w:w="1830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  <w:tc>
          <w:tcPr>
            <w:tcW w:w="2202" w:type="dxa"/>
          </w:tcPr>
          <w:p w:rsidR="00A71424" w:rsidRDefault="00A71424" w:rsidP="00400556"/>
        </w:tc>
        <w:tc>
          <w:tcPr>
            <w:tcW w:w="1919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</w:tr>
      <w:tr w:rsidR="00A71424" w:rsidTr="00A71424">
        <w:trPr>
          <w:trHeight w:val="471"/>
        </w:trPr>
        <w:tc>
          <w:tcPr>
            <w:tcW w:w="1830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  <w:tc>
          <w:tcPr>
            <w:tcW w:w="2202" w:type="dxa"/>
          </w:tcPr>
          <w:p w:rsidR="00A71424" w:rsidRDefault="00A71424" w:rsidP="00400556"/>
        </w:tc>
        <w:tc>
          <w:tcPr>
            <w:tcW w:w="1919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</w:tr>
      <w:tr w:rsidR="00A71424" w:rsidTr="00A71424">
        <w:trPr>
          <w:trHeight w:val="486"/>
        </w:trPr>
        <w:tc>
          <w:tcPr>
            <w:tcW w:w="1830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  <w:tc>
          <w:tcPr>
            <w:tcW w:w="2202" w:type="dxa"/>
          </w:tcPr>
          <w:p w:rsidR="00A71424" w:rsidRDefault="00A71424" w:rsidP="00400556"/>
        </w:tc>
        <w:tc>
          <w:tcPr>
            <w:tcW w:w="1919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</w:tr>
      <w:tr w:rsidR="00A71424" w:rsidTr="00A71424">
        <w:trPr>
          <w:trHeight w:val="486"/>
        </w:trPr>
        <w:tc>
          <w:tcPr>
            <w:tcW w:w="1830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  <w:tc>
          <w:tcPr>
            <w:tcW w:w="2202" w:type="dxa"/>
          </w:tcPr>
          <w:p w:rsidR="00A71424" w:rsidRDefault="00A71424" w:rsidP="00400556"/>
        </w:tc>
        <w:tc>
          <w:tcPr>
            <w:tcW w:w="1919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</w:tr>
      <w:tr w:rsidR="00A71424" w:rsidTr="00A71424">
        <w:trPr>
          <w:trHeight w:val="486"/>
        </w:trPr>
        <w:tc>
          <w:tcPr>
            <w:tcW w:w="1830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  <w:tc>
          <w:tcPr>
            <w:tcW w:w="2202" w:type="dxa"/>
          </w:tcPr>
          <w:p w:rsidR="00A71424" w:rsidRDefault="00A71424" w:rsidP="00400556"/>
        </w:tc>
        <w:tc>
          <w:tcPr>
            <w:tcW w:w="1919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</w:tr>
      <w:tr w:rsidR="00A71424" w:rsidTr="00A71424">
        <w:trPr>
          <w:trHeight w:val="471"/>
        </w:trPr>
        <w:tc>
          <w:tcPr>
            <w:tcW w:w="1830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  <w:tc>
          <w:tcPr>
            <w:tcW w:w="2202" w:type="dxa"/>
          </w:tcPr>
          <w:p w:rsidR="00A71424" w:rsidRDefault="00A71424" w:rsidP="00400556"/>
        </w:tc>
        <w:tc>
          <w:tcPr>
            <w:tcW w:w="1919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</w:tr>
      <w:tr w:rsidR="00A71424" w:rsidTr="00A71424">
        <w:trPr>
          <w:trHeight w:val="486"/>
        </w:trPr>
        <w:tc>
          <w:tcPr>
            <w:tcW w:w="1830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  <w:tc>
          <w:tcPr>
            <w:tcW w:w="2202" w:type="dxa"/>
          </w:tcPr>
          <w:p w:rsidR="00A71424" w:rsidRDefault="00A71424" w:rsidP="00400556"/>
        </w:tc>
        <w:tc>
          <w:tcPr>
            <w:tcW w:w="1919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</w:tr>
      <w:tr w:rsidR="00A71424" w:rsidTr="00A71424">
        <w:trPr>
          <w:trHeight w:val="486"/>
        </w:trPr>
        <w:tc>
          <w:tcPr>
            <w:tcW w:w="1830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  <w:tc>
          <w:tcPr>
            <w:tcW w:w="2202" w:type="dxa"/>
          </w:tcPr>
          <w:p w:rsidR="00A71424" w:rsidRDefault="00A71424" w:rsidP="00400556"/>
        </w:tc>
        <w:tc>
          <w:tcPr>
            <w:tcW w:w="1919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</w:tr>
      <w:tr w:rsidR="00A71424" w:rsidTr="00A71424">
        <w:trPr>
          <w:trHeight w:val="486"/>
        </w:trPr>
        <w:tc>
          <w:tcPr>
            <w:tcW w:w="1830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  <w:tc>
          <w:tcPr>
            <w:tcW w:w="2202" w:type="dxa"/>
          </w:tcPr>
          <w:p w:rsidR="00A71424" w:rsidRDefault="00A71424" w:rsidP="00400556"/>
        </w:tc>
        <w:tc>
          <w:tcPr>
            <w:tcW w:w="1919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</w:tr>
      <w:tr w:rsidR="00A71424" w:rsidTr="00A71424">
        <w:trPr>
          <w:trHeight w:val="486"/>
        </w:trPr>
        <w:tc>
          <w:tcPr>
            <w:tcW w:w="1830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  <w:tc>
          <w:tcPr>
            <w:tcW w:w="2202" w:type="dxa"/>
          </w:tcPr>
          <w:p w:rsidR="00A71424" w:rsidRDefault="00A71424" w:rsidP="00400556"/>
        </w:tc>
        <w:tc>
          <w:tcPr>
            <w:tcW w:w="1919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</w:tr>
      <w:tr w:rsidR="00A71424" w:rsidTr="00A71424">
        <w:trPr>
          <w:trHeight w:val="471"/>
        </w:trPr>
        <w:tc>
          <w:tcPr>
            <w:tcW w:w="1830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  <w:tc>
          <w:tcPr>
            <w:tcW w:w="2202" w:type="dxa"/>
          </w:tcPr>
          <w:p w:rsidR="00A71424" w:rsidRDefault="00A71424" w:rsidP="00400556"/>
        </w:tc>
        <w:tc>
          <w:tcPr>
            <w:tcW w:w="1919" w:type="dxa"/>
          </w:tcPr>
          <w:p w:rsidR="00A71424" w:rsidRDefault="00A71424" w:rsidP="00400556"/>
        </w:tc>
        <w:tc>
          <w:tcPr>
            <w:tcW w:w="1830" w:type="dxa"/>
          </w:tcPr>
          <w:p w:rsidR="00A71424" w:rsidRDefault="00A71424" w:rsidP="00400556"/>
        </w:tc>
      </w:tr>
    </w:tbl>
    <w:p w:rsidR="00A71424" w:rsidRDefault="00A71424" w:rsidP="00A71424"/>
    <w:p w:rsidR="00A71424" w:rsidRDefault="00A71424" w:rsidP="00A71424">
      <w:pPr>
        <w:ind w:left="720"/>
      </w:pPr>
      <w:r>
        <w:br/>
        <w:t>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</w:t>
      </w:r>
    </w:p>
    <w:p w:rsidR="00A71424" w:rsidRDefault="00A71424" w:rsidP="00A71424">
      <w:pPr>
        <w:ind w:firstLine="720"/>
      </w:pPr>
      <w:r>
        <w:t xml:space="preserve">Coordinator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H.O.D </w:t>
      </w:r>
    </w:p>
    <w:sectPr w:rsidR="00A71424" w:rsidSect="008F169D">
      <w:pgSz w:w="15840" w:h="12240" w:orient="landscape"/>
      <w:pgMar w:top="720" w:right="117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0000400000000000000"/>
    <w:charset w:val="01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80669"/>
    <w:rsid w:val="001C32EC"/>
    <w:rsid w:val="001F2124"/>
    <w:rsid w:val="0029639D"/>
    <w:rsid w:val="00326F90"/>
    <w:rsid w:val="00353406"/>
    <w:rsid w:val="00383A4B"/>
    <w:rsid w:val="003971A7"/>
    <w:rsid w:val="00400D05"/>
    <w:rsid w:val="00452CFE"/>
    <w:rsid w:val="00534637"/>
    <w:rsid w:val="00556C2C"/>
    <w:rsid w:val="005A4AE7"/>
    <w:rsid w:val="006060BA"/>
    <w:rsid w:val="006065FF"/>
    <w:rsid w:val="006F3B2F"/>
    <w:rsid w:val="007C0B10"/>
    <w:rsid w:val="008E5CCD"/>
    <w:rsid w:val="008F169D"/>
    <w:rsid w:val="00924F07"/>
    <w:rsid w:val="00933BEB"/>
    <w:rsid w:val="00A71424"/>
    <w:rsid w:val="00AA1D8D"/>
    <w:rsid w:val="00B47730"/>
    <w:rsid w:val="00BC4A55"/>
    <w:rsid w:val="00C15CAB"/>
    <w:rsid w:val="00CB0664"/>
    <w:rsid w:val="00DD6826"/>
    <w:rsid w:val="00E10178"/>
    <w:rsid w:val="00EC390F"/>
    <w:rsid w:val="00EE3417"/>
    <w:rsid w:val="00F23E44"/>
    <w:rsid w:val="00F6197E"/>
    <w:rsid w:val="00FC693F"/>
    <w:rsid w:val="00FF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1966F8"/>
  <w14:defaultImageDpi w14:val="300"/>
  <w15:docId w15:val="{032B320C-3568-4967-930D-BB152536D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4DB22A9-8BAF-48E4-9E82-740E9AB77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Suraj  KC</cp:lastModifiedBy>
  <cp:revision>28</cp:revision>
  <dcterms:created xsi:type="dcterms:W3CDTF">2013-12-23T23:15:00Z</dcterms:created>
  <dcterms:modified xsi:type="dcterms:W3CDTF">2026-06-24T06:36:00Z</dcterms:modified>
  <cp:category/>
</cp:coreProperties>
</file>